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B3701" w14:textId="77777777" w:rsidR="006F3F0A" w:rsidRDefault="00000000">
      <w:pPr>
        <w:spacing w:after="40"/>
        <w:jc w:val="center"/>
      </w:pPr>
      <w:r>
        <w:rPr>
          <w:noProof/>
        </w:rPr>
        <w:drawing>
          <wp:inline distT="0" distB="0" distL="0" distR="0" wp14:anchorId="4AC7D9DC" wp14:editId="6FFDB84B">
            <wp:extent cx="558000" cy="558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yyu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8000" cy="5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9D165" w14:textId="77777777" w:rsidR="006F3F0A" w:rsidRPr="00AB7ECB" w:rsidRDefault="00000000">
      <w:pPr>
        <w:spacing w:after="0"/>
        <w:jc w:val="center"/>
        <w:rPr>
          <w:szCs w:val="24"/>
        </w:rPr>
      </w:pPr>
      <w:r w:rsidRPr="00AB7ECB">
        <w:rPr>
          <w:b/>
          <w:szCs w:val="24"/>
        </w:rPr>
        <w:t>T.C.</w:t>
      </w:r>
    </w:p>
    <w:p w14:paraId="03B2D3BB" w14:textId="77777777" w:rsidR="006F3F0A" w:rsidRPr="00AB7ECB" w:rsidRDefault="00000000">
      <w:pPr>
        <w:spacing w:after="0"/>
        <w:jc w:val="center"/>
        <w:rPr>
          <w:szCs w:val="24"/>
        </w:rPr>
      </w:pPr>
      <w:r w:rsidRPr="00AB7ECB">
        <w:rPr>
          <w:b/>
          <w:szCs w:val="24"/>
        </w:rPr>
        <w:t>İSTANBUL YENİ YÜZYIL ÜNİVERSİTESİ</w:t>
      </w:r>
    </w:p>
    <w:p w14:paraId="7E715DB5" w14:textId="77777777" w:rsidR="006F3F0A" w:rsidRPr="00AB7ECB" w:rsidRDefault="00000000">
      <w:pPr>
        <w:spacing w:after="80"/>
        <w:jc w:val="center"/>
        <w:rPr>
          <w:szCs w:val="24"/>
        </w:rPr>
      </w:pPr>
      <w:r w:rsidRPr="00AB7ECB">
        <w:rPr>
          <w:b/>
          <w:szCs w:val="24"/>
        </w:rPr>
        <w:t>FEN BİLİMLERİ ENSTİTÜSÜ</w:t>
      </w:r>
    </w:p>
    <w:p w14:paraId="5E24F278" w14:textId="77777777" w:rsidR="006F3F0A" w:rsidRPr="00AB7ECB" w:rsidRDefault="00000000">
      <w:pPr>
        <w:spacing w:after="40"/>
        <w:jc w:val="center"/>
        <w:rPr>
          <w:szCs w:val="24"/>
        </w:rPr>
      </w:pPr>
      <w:r w:rsidRPr="00AB7ECB">
        <w:rPr>
          <w:b/>
          <w:szCs w:val="24"/>
        </w:rPr>
        <w:t>JÜRİ ÜYELERİNE TEZ TESLİM TUTANAĞI</w:t>
      </w:r>
    </w:p>
    <w:p w14:paraId="4A76E067" w14:textId="77777777" w:rsidR="006F3F0A" w:rsidRDefault="006F3F0A">
      <w:pPr>
        <w:pBdr>
          <w:bottom w:val="single" w:sz="14" w:space="2" w:color="7D1B1B"/>
        </w:pBdr>
        <w:spacing w:after="160"/>
      </w:pPr>
    </w:p>
    <w:p w14:paraId="4D8B9E18" w14:textId="2C8FA165" w:rsidR="006F3F0A" w:rsidRDefault="00000000">
      <w:pPr>
        <w:spacing w:after="80"/>
        <w:jc w:val="right"/>
      </w:pPr>
      <w:r>
        <w:t>……/……/20…</w:t>
      </w:r>
      <w:r w:rsidR="00AB7ECB">
        <w:t>.</w:t>
      </w:r>
    </w:p>
    <w:p w14:paraId="7319F64E" w14:textId="77777777" w:rsidR="0089457F" w:rsidRDefault="0089457F">
      <w:pPr>
        <w:spacing w:after="80"/>
        <w:jc w:val="right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123"/>
      </w:tblGrid>
      <w:tr w:rsidR="006F3F0A" w14:paraId="241E6BAE" w14:textId="77777777">
        <w:trPr>
          <w:jc w:val="center"/>
        </w:trPr>
        <w:tc>
          <w:tcPr>
            <w:tcW w:w="2948" w:type="dxa"/>
            <w:vAlign w:val="center"/>
          </w:tcPr>
          <w:p w14:paraId="003CCDEC" w14:textId="77777777" w:rsidR="006F3F0A" w:rsidRDefault="00000000">
            <w:pPr>
              <w:spacing w:before="20" w:after="20"/>
            </w:pPr>
            <w:r>
              <w:rPr>
                <w:b/>
              </w:rPr>
              <w:t>Öğrencinin Adı Soyadı</w:t>
            </w:r>
          </w:p>
        </w:tc>
        <w:tc>
          <w:tcPr>
            <w:tcW w:w="6123" w:type="dxa"/>
            <w:vAlign w:val="center"/>
          </w:tcPr>
          <w:p w14:paraId="37B489FC" w14:textId="77777777" w:rsidR="006F3F0A" w:rsidRDefault="006F3F0A">
            <w:pPr>
              <w:spacing w:before="20" w:after="20"/>
            </w:pPr>
          </w:p>
        </w:tc>
      </w:tr>
      <w:tr w:rsidR="006F3F0A" w14:paraId="5101C3AF" w14:textId="77777777">
        <w:trPr>
          <w:jc w:val="center"/>
        </w:trPr>
        <w:tc>
          <w:tcPr>
            <w:tcW w:w="2948" w:type="dxa"/>
            <w:vAlign w:val="center"/>
          </w:tcPr>
          <w:p w14:paraId="3E15BFFD" w14:textId="77777777" w:rsidR="006F3F0A" w:rsidRDefault="00000000">
            <w:pPr>
              <w:spacing w:before="20" w:after="20"/>
            </w:pPr>
            <w:r>
              <w:rPr>
                <w:b/>
              </w:rPr>
              <w:t>T.C. Kimlik Numarası</w:t>
            </w:r>
          </w:p>
        </w:tc>
        <w:tc>
          <w:tcPr>
            <w:tcW w:w="6123" w:type="dxa"/>
            <w:vAlign w:val="center"/>
          </w:tcPr>
          <w:p w14:paraId="63731537" w14:textId="77777777" w:rsidR="006F3F0A" w:rsidRDefault="006F3F0A">
            <w:pPr>
              <w:spacing w:before="20" w:after="20"/>
            </w:pPr>
          </w:p>
        </w:tc>
      </w:tr>
      <w:tr w:rsidR="006F3F0A" w14:paraId="4EE9551A" w14:textId="77777777">
        <w:trPr>
          <w:jc w:val="center"/>
        </w:trPr>
        <w:tc>
          <w:tcPr>
            <w:tcW w:w="2948" w:type="dxa"/>
            <w:vAlign w:val="center"/>
          </w:tcPr>
          <w:p w14:paraId="4BBCEF35" w14:textId="77777777" w:rsidR="006F3F0A" w:rsidRDefault="00000000">
            <w:pPr>
              <w:spacing w:before="20" w:after="20"/>
            </w:pPr>
            <w:r>
              <w:rPr>
                <w:b/>
              </w:rPr>
              <w:t>Öğrenci Numarası</w:t>
            </w:r>
          </w:p>
        </w:tc>
        <w:tc>
          <w:tcPr>
            <w:tcW w:w="6123" w:type="dxa"/>
            <w:vAlign w:val="center"/>
          </w:tcPr>
          <w:p w14:paraId="2A31ADE8" w14:textId="77777777" w:rsidR="006F3F0A" w:rsidRDefault="006F3F0A">
            <w:pPr>
              <w:spacing w:before="20" w:after="20"/>
            </w:pPr>
          </w:p>
        </w:tc>
      </w:tr>
      <w:tr w:rsidR="006F3F0A" w14:paraId="0F038B27" w14:textId="77777777">
        <w:trPr>
          <w:jc w:val="center"/>
        </w:trPr>
        <w:tc>
          <w:tcPr>
            <w:tcW w:w="2948" w:type="dxa"/>
            <w:vAlign w:val="center"/>
          </w:tcPr>
          <w:p w14:paraId="6872ACA5" w14:textId="77777777" w:rsidR="006F3F0A" w:rsidRDefault="00000000">
            <w:pPr>
              <w:spacing w:before="20" w:after="20"/>
            </w:pPr>
            <w:r>
              <w:rPr>
                <w:b/>
              </w:rPr>
              <w:t>Anabilim / Bilim Dalı</w:t>
            </w:r>
          </w:p>
        </w:tc>
        <w:tc>
          <w:tcPr>
            <w:tcW w:w="6123" w:type="dxa"/>
            <w:vAlign w:val="center"/>
          </w:tcPr>
          <w:p w14:paraId="12562CDB" w14:textId="77777777" w:rsidR="006F3F0A" w:rsidRDefault="006F3F0A">
            <w:pPr>
              <w:spacing w:before="20" w:after="20"/>
            </w:pPr>
          </w:p>
        </w:tc>
      </w:tr>
      <w:tr w:rsidR="006F3F0A" w14:paraId="61B71426" w14:textId="77777777">
        <w:trPr>
          <w:jc w:val="center"/>
        </w:trPr>
        <w:tc>
          <w:tcPr>
            <w:tcW w:w="2948" w:type="dxa"/>
            <w:vAlign w:val="center"/>
          </w:tcPr>
          <w:p w14:paraId="15FE167C" w14:textId="77777777" w:rsidR="006F3F0A" w:rsidRDefault="00000000">
            <w:pPr>
              <w:spacing w:before="20" w:after="20"/>
            </w:pPr>
            <w:r>
              <w:rPr>
                <w:b/>
              </w:rPr>
              <w:t>Danışmanın Unvanı, Adı Soyadı</w:t>
            </w:r>
          </w:p>
        </w:tc>
        <w:tc>
          <w:tcPr>
            <w:tcW w:w="6123" w:type="dxa"/>
            <w:vAlign w:val="center"/>
          </w:tcPr>
          <w:p w14:paraId="4FB1592E" w14:textId="77777777" w:rsidR="006F3F0A" w:rsidRDefault="006F3F0A">
            <w:pPr>
              <w:spacing w:before="20" w:after="20"/>
            </w:pPr>
          </w:p>
        </w:tc>
      </w:tr>
      <w:tr w:rsidR="006F3F0A" w14:paraId="19A046FB" w14:textId="77777777">
        <w:trPr>
          <w:jc w:val="center"/>
        </w:trPr>
        <w:tc>
          <w:tcPr>
            <w:tcW w:w="2948" w:type="dxa"/>
            <w:vAlign w:val="center"/>
          </w:tcPr>
          <w:p w14:paraId="478CD8DC" w14:textId="77777777" w:rsidR="006F3F0A" w:rsidRDefault="00000000">
            <w:pPr>
              <w:spacing w:before="20" w:after="20"/>
            </w:pPr>
            <w:r>
              <w:rPr>
                <w:b/>
              </w:rPr>
              <w:t>Tez Konusu</w:t>
            </w:r>
          </w:p>
        </w:tc>
        <w:tc>
          <w:tcPr>
            <w:tcW w:w="6123" w:type="dxa"/>
            <w:vAlign w:val="center"/>
          </w:tcPr>
          <w:p w14:paraId="01684EB6" w14:textId="77777777" w:rsidR="006F3F0A" w:rsidRDefault="006F3F0A">
            <w:pPr>
              <w:spacing w:before="20" w:after="20"/>
            </w:pPr>
          </w:p>
        </w:tc>
      </w:tr>
    </w:tbl>
    <w:p w14:paraId="65ED4883" w14:textId="0215D85E" w:rsidR="00AB7ECB" w:rsidRDefault="00AB7ECB" w:rsidP="00AB7ECB">
      <w:pPr>
        <w:spacing w:after="160" w:line="360" w:lineRule="auto"/>
        <w:ind w:firstLine="709"/>
      </w:pPr>
      <w:r>
        <w:br/>
      </w:r>
      <w:proofErr w:type="spellStart"/>
      <w:r w:rsidR="00000000">
        <w:t>Aşağıda</w:t>
      </w:r>
      <w:proofErr w:type="spellEnd"/>
      <w:r w:rsidR="00000000">
        <w:t xml:space="preserve"> </w:t>
      </w:r>
      <w:proofErr w:type="spellStart"/>
      <w:r w:rsidR="00000000">
        <w:t>isimleri</w:t>
      </w:r>
      <w:proofErr w:type="spellEnd"/>
      <w:r w:rsidR="00000000">
        <w:t xml:space="preserve"> </w:t>
      </w:r>
      <w:proofErr w:type="spellStart"/>
      <w:r w:rsidR="00000000">
        <w:t>yazılı</w:t>
      </w:r>
      <w:proofErr w:type="spellEnd"/>
      <w:r w:rsidR="00000000">
        <w:t xml:space="preserve"> </w:t>
      </w:r>
      <w:proofErr w:type="spellStart"/>
      <w:r w:rsidR="00000000">
        <w:t>jüri</w:t>
      </w:r>
      <w:proofErr w:type="spellEnd"/>
      <w:r w:rsidR="00000000">
        <w:t xml:space="preserve"> </w:t>
      </w:r>
      <w:proofErr w:type="spellStart"/>
      <w:r w:rsidR="00000000">
        <w:t>üyelerine</w:t>
      </w:r>
      <w:proofErr w:type="spellEnd"/>
      <w:r w:rsidR="00000000">
        <w:t xml:space="preserve"> tezimi teslim ettim. </w:t>
      </w:r>
      <w:proofErr w:type="spellStart"/>
      <w:r w:rsidR="00000000">
        <w:t>Bilgilerinize</w:t>
      </w:r>
      <w:proofErr w:type="spellEnd"/>
      <w:r w:rsidR="00000000">
        <w:t xml:space="preserve"> </w:t>
      </w:r>
      <w:proofErr w:type="spellStart"/>
      <w:r w:rsidR="00000000">
        <w:t>arz</w:t>
      </w:r>
      <w:proofErr w:type="spellEnd"/>
      <w:r w:rsidR="00000000">
        <w:t xml:space="preserve"> </w:t>
      </w:r>
      <w:proofErr w:type="spellStart"/>
      <w:r w:rsidR="00000000">
        <w:t>ederim</w:t>
      </w:r>
      <w:proofErr w:type="spellEnd"/>
      <w:r w:rsidR="00000000">
        <w:t>.</w:t>
      </w:r>
    </w:p>
    <w:p w14:paraId="203CBD4C" w14:textId="4A40B038" w:rsidR="006F3F0A" w:rsidRPr="00AB7ECB" w:rsidRDefault="00000000" w:rsidP="00AB7ECB">
      <w:pPr>
        <w:jc w:val="right"/>
        <w:rPr>
          <w:u w:val="single"/>
        </w:rPr>
      </w:pPr>
      <w:proofErr w:type="spellStart"/>
      <w:r w:rsidRPr="00AB7ECB">
        <w:rPr>
          <w:u w:val="single"/>
        </w:rPr>
        <w:t>Öğrencinin</w:t>
      </w:r>
      <w:proofErr w:type="spellEnd"/>
      <w:r w:rsidRPr="00AB7ECB">
        <w:rPr>
          <w:u w:val="single"/>
        </w:rPr>
        <w:t xml:space="preserve"> </w:t>
      </w:r>
      <w:proofErr w:type="spellStart"/>
      <w:r w:rsidRPr="00AB7ECB">
        <w:rPr>
          <w:u w:val="single"/>
        </w:rPr>
        <w:t>İmzası</w:t>
      </w:r>
      <w:proofErr w:type="spellEnd"/>
    </w:p>
    <w:p w14:paraId="0F5F148C" w14:textId="77777777" w:rsidR="00AB7ECB" w:rsidRDefault="00AB7ECB" w:rsidP="00AB7ECB">
      <w:pPr>
        <w:jc w:val="right"/>
      </w:pPr>
    </w:p>
    <w:p w14:paraId="26F62F02" w14:textId="77777777" w:rsidR="00AB7ECB" w:rsidRDefault="00AB7ECB" w:rsidP="00AB7ECB">
      <w:pPr>
        <w:jc w:val="right"/>
      </w:pPr>
    </w:p>
    <w:p w14:paraId="5536BE66" w14:textId="77777777" w:rsidR="006F3F0A" w:rsidRDefault="00000000">
      <w:pPr>
        <w:spacing w:after="80"/>
        <w:jc w:val="center"/>
      </w:pPr>
      <w:r>
        <w:rPr>
          <w:b/>
        </w:rPr>
        <w:t>TEZ TESLİM EDİLEN JÜRİ ÜYELERİ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41"/>
        <w:gridCol w:w="3628"/>
        <w:gridCol w:w="1984"/>
        <w:gridCol w:w="1417"/>
      </w:tblGrid>
      <w:tr w:rsidR="006F3F0A" w14:paraId="7C6CE7DF" w14:textId="77777777">
        <w:trPr>
          <w:jc w:val="center"/>
        </w:trPr>
        <w:tc>
          <w:tcPr>
            <w:tcW w:w="2041" w:type="dxa"/>
            <w:vAlign w:val="center"/>
          </w:tcPr>
          <w:p w14:paraId="30333093" w14:textId="77777777" w:rsidR="006F3F0A" w:rsidRDefault="006F3F0A">
            <w:pPr>
              <w:spacing w:before="20" w:after="20"/>
              <w:jc w:val="center"/>
            </w:pPr>
          </w:p>
        </w:tc>
        <w:tc>
          <w:tcPr>
            <w:tcW w:w="3628" w:type="dxa"/>
            <w:vAlign w:val="center"/>
          </w:tcPr>
          <w:p w14:paraId="36DB4D92" w14:textId="77777777" w:rsidR="006F3F0A" w:rsidRDefault="00000000">
            <w:pPr>
              <w:spacing w:before="20" w:after="20"/>
              <w:jc w:val="center"/>
            </w:pPr>
            <w:r>
              <w:rPr>
                <w:b/>
                <w:sz w:val="22"/>
              </w:rPr>
              <w:t>Unvan, Adı Soyadı</w:t>
            </w:r>
          </w:p>
        </w:tc>
        <w:tc>
          <w:tcPr>
            <w:tcW w:w="1984" w:type="dxa"/>
            <w:vAlign w:val="center"/>
          </w:tcPr>
          <w:p w14:paraId="163BAF89" w14:textId="77777777" w:rsidR="006F3F0A" w:rsidRDefault="00000000">
            <w:pPr>
              <w:spacing w:before="20" w:after="20"/>
              <w:jc w:val="center"/>
            </w:pPr>
            <w:r>
              <w:rPr>
                <w:b/>
                <w:sz w:val="22"/>
              </w:rPr>
              <w:t>Tezi Teslim Aldığı Tarih</w:t>
            </w:r>
          </w:p>
        </w:tc>
        <w:tc>
          <w:tcPr>
            <w:tcW w:w="1417" w:type="dxa"/>
            <w:vAlign w:val="center"/>
          </w:tcPr>
          <w:p w14:paraId="0AC9D7EA" w14:textId="77777777" w:rsidR="006F3F0A" w:rsidRDefault="00000000">
            <w:pPr>
              <w:spacing w:before="20" w:after="20"/>
              <w:jc w:val="center"/>
            </w:pPr>
            <w:r>
              <w:rPr>
                <w:b/>
                <w:sz w:val="22"/>
              </w:rPr>
              <w:t>İmzası</w:t>
            </w:r>
          </w:p>
        </w:tc>
      </w:tr>
      <w:tr w:rsidR="006F3F0A" w14:paraId="062A3A9F" w14:textId="77777777">
        <w:trPr>
          <w:jc w:val="center"/>
        </w:trPr>
        <w:tc>
          <w:tcPr>
            <w:tcW w:w="2041" w:type="dxa"/>
            <w:vAlign w:val="center"/>
          </w:tcPr>
          <w:p w14:paraId="79085B3B" w14:textId="77777777" w:rsidR="006F3F0A" w:rsidRDefault="00000000">
            <w:pPr>
              <w:spacing w:before="20" w:after="20"/>
              <w:jc w:val="center"/>
            </w:pPr>
            <w:r>
              <w:rPr>
                <w:b/>
                <w:sz w:val="22"/>
              </w:rPr>
              <w:t>Asıl Jüri Üyesi 1</w:t>
            </w:r>
          </w:p>
        </w:tc>
        <w:tc>
          <w:tcPr>
            <w:tcW w:w="3628" w:type="dxa"/>
          </w:tcPr>
          <w:p w14:paraId="50A0E523" w14:textId="77777777" w:rsidR="006F3F0A" w:rsidRDefault="006F3F0A"/>
        </w:tc>
        <w:tc>
          <w:tcPr>
            <w:tcW w:w="1984" w:type="dxa"/>
          </w:tcPr>
          <w:p w14:paraId="47834F8C" w14:textId="77777777" w:rsidR="006F3F0A" w:rsidRDefault="006F3F0A"/>
        </w:tc>
        <w:tc>
          <w:tcPr>
            <w:tcW w:w="1417" w:type="dxa"/>
          </w:tcPr>
          <w:p w14:paraId="138F93EA" w14:textId="77777777" w:rsidR="006F3F0A" w:rsidRDefault="006F3F0A"/>
        </w:tc>
      </w:tr>
      <w:tr w:rsidR="006F3F0A" w14:paraId="354E11E7" w14:textId="77777777">
        <w:trPr>
          <w:jc w:val="center"/>
        </w:trPr>
        <w:tc>
          <w:tcPr>
            <w:tcW w:w="2041" w:type="dxa"/>
            <w:vAlign w:val="center"/>
          </w:tcPr>
          <w:p w14:paraId="1D17AB99" w14:textId="71593AC6" w:rsidR="006F3F0A" w:rsidRDefault="00AB7ECB">
            <w:pPr>
              <w:spacing w:before="20" w:after="20"/>
              <w:jc w:val="center"/>
            </w:pPr>
            <w:proofErr w:type="spellStart"/>
            <w:r>
              <w:rPr>
                <w:b/>
                <w:sz w:val="22"/>
              </w:rPr>
              <w:t>Asıl</w:t>
            </w:r>
            <w:proofErr w:type="spellEnd"/>
            <w:r>
              <w:rPr>
                <w:b/>
                <w:sz w:val="22"/>
              </w:rPr>
              <w:t xml:space="preserve"> Jüri Üyesi </w:t>
            </w:r>
            <w:r w:rsidR="00000000">
              <w:rPr>
                <w:b/>
                <w:sz w:val="22"/>
              </w:rPr>
              <w:t>2</w:t>
            </w:r>
          </w:p>
        </w:tc>
        <w:tc>
          <w:tcPr>
            <w:tcW w:w="3628" w:type="dxa"/>
          </w:tcPr>
          <w:p w14:paraId="301ECB26" w14:textId="77777777" w:rsidR="006F3F0A" w:rsidRDefault="006F3F0A"/>
        </w:tc>
        <w:tc>
          <w:tcPr>
            <w:tcW w:w="1984" w:type="dxa"/>
          </w:tcPr>
          <w:p w14:paraId="28643DFC" w14:textId="77777777" w:rsidR="006F3F0A" w:rsidRDefault="006F3F0A"/>
        </w:tc>
        <w:tc>
          <w:tcPr>
            <w:tcW w:w="1417" w:type="dxa"/>
          </w:tcPr>
          <w:p w14:paraId="28AAA379" w14:textId="77777777" w:rsidR="006F3F0A" w:rsidRDefault="006F3F0A"/>
        </w:tc>
      </w:tr>
      <w:tr w:rsidR="006F3F0A" w14:paraId="4F5A0FF0" w14:textId="77777777">
        <w:trPr>
          <w:jc w:val="center"/>
        </w:trPr>
        <w:tc>
          <w:tcPr>
            <w:tcW w:w="2041" w:type="dxa"/>
            <w:vAlign w:val="center"/>
          </w:tcPr>
          <w:p w14:paraId="0F11A68F" w14:textId="0730B764" w:rsidR="006F3F0A" w:rsidRDefault="00AB7ECB">
            <w:pPr>
              <w:spacing w:before="20" w:after="20"/>
              <w:jc w:val="center"/>
            </w:pPr>
            <w:proofErr w:type="spellStart"/>
            <w:r>
              <w:rPr>
                <w:b/>
                <w:sz w:val="22"/>
              </w:rPr>
              <w:t>Asıl</w:t>
            </w:r>
            <w:proofErr w:type="spellEnd"/>
            <w:r>
              <w:rPr>
                <w:b/>
                <w:sz w:val="22"/>
              </w:rPr>
              <w:t xml:space="preserve"> Jüri Üyesi </w:t>
            </w:r>
            <w:r w:rsidR="00000000">
              <w:rPr>
                <w:b/>
                <w:sz w:val="22"/>
              </w:rPr>
              <w:t>3</w:t>
            </w:r>
          </w:p>
        </w:tc>
        <w:tc>
          <w:tcPr>
            <w:tcW w:w="3628" w:type="dxa"/>
          </w:tcPr>
          <w:p w14:paraId="332F750C" w14:textId="77777777" w:rsidR="006F3F0A" w:rsidRDefault="006F3F0A"/>
        </w:tc>
        <w:tc>
          <w:tcPr>
            <w:tcW w:w="1984" w:type="dxa"/>
          </w:tcPr>
          <w:p w14:paraId="3EAA1092" w14:textId="77777777" w:rsidR="006F3F0A" w:rsidRDefault="006F3F0A"/>
        </w:tc>
        <w:tc>
          <w:tcPr>
            <w:tcW w:w="1417" w:type="dxa"/>
          </w:tcPr>
          <w:p w14:paraId="1D4A8842" w14:textId="77777777" w:rsidR="006F3F0A" w:rsidRDefault="006F3F0A"/>
        </w:tc>
      </w:tr>
      <w:tr w:rsidR="006F3F0A" w14:paraId="380022D0" w14:textId="77777777">
        <w:trPr>
          <w:jc w:val="center"/>
        </w:trPr>
        <w:tc>
          <w:tcPr>
            <w:tcW w:w="2041" w:type="dxa"/>
            <w:vAlign w:val="center"/>
          </w:tcPr>
          <w:p w14:paraId="4D223A5C" w14:textId="77777777" w:rsidR="006F3F0A" w:rsidRDefault="00000000">
            <w:pPr>
              <w:spacing w:before="20" w:after="20"/>
              <w:jc w:val="center"/>
            </w:pPr>
            <w:r>
              <w:rPr>
                <w:b/>
                <w:sz w:val="22"/>
              </w:rPr>
              <w:t>Yedek Jüri Üyesi 1</w:t>
            </w:r>
          </w:p>
        </w:tc>
        <w:tc>
          <w:tcPr>
            <w:tcW w:w="3628" w:type="dxa"/>
          </w:tcPr>
          <w:p w14:paraId="3525C2E6" w14:textId="77777777" w:rsidR="006F3F0A" w:rsidRDefault="006F3F0A"/>
        </w:tc>
        <w:tc>
          <w:tcPr>
            <w:tcW w:w="1984" w:type="dxa"/>
          </w:tcPr>
          <w:p w14:paraId="04B2C57A" w14:textId="77777777" w:rsidR="006F3F0A" w:rsidRDefault="006F3F0A"/>
        </w:tc>
        <w:tc>
          <w:tcPr>
            <w:tcW w:w="1417" w:type="dxa"/>
          </w:tcPr>
          <w:p w14:paraId="594E9D94" w14:textId="77777777" w:rsidR="006F3F0A" w:rsidRDefault="006F3F0A"/>
        </w:tc>
      </w:tr>
      <w:tr w:rsidR="006F3F0A" w14:paraId="1F0B8AA4" w14:textId="77777777">
        <w:trPr>
          <w:jc w:val="center"/>
        </w:trPr>
        <w:tc>
          <w:tcPr>
            <w:tcW w:w="2041" w:type="dxa"/>
            <w:vAlign w:val="center"/>
          </w:tcPr>
          <w:p w14:paraId="78445C8D" w14:textId="2223B9E8" w:rsidR="006F3F0A" w:rsidRDefault="00AB7ECB">
            <w:pPr>
              <w:spacing w:before="20" w:after="20"/>
              <w:jc w:val="center"/>
            </w:pPr>
            <w:proofErr w:type="spellStart"/>
            <w:r>
              <w:rPr>
                <w:b/>
                <w:sz w:val="22"/>
              </w:rPr>
              <w:t>Yedek</w:t>
            </w:r>
            <w:proofErr w:type="spellEnd"/>
            <w:r>
              <w:rPr>
                <w:b/>
                <w:sz w:val="22"/>
              </w:rPr>
              <w:t xml:space="preserve"> Jüri Üyesi </w:t>
            </w:r>
            <w:r w:rsidR="00000000">
              <w:rPr>
                <w:b/>
                <w:sz w:val="22"/>
              </w:rPr>
              <w:t>2</w:t>
            </w:r>
          </w:p>
        </w:tc>
        <w:tc>
          <w:tcPr>
            <w:tcW w:w="3628" w:type="dxa"/>
          </w:tcPr>
          <w:p w14:paraId="719F8900" w14:textId="77777777" w:rsidR="006F3F0A" w:rsidRDefault="006F3F0A"/>
        </w:tc>
        <w:tc>
          <w:tcPr>
            <w:tcW w:w="1984" w:type="dxa"/>
          </w:tcPr>
          <w:p w14:paraId="1057C7E7" w14:textId="77777777" w:rsidR="006F3F0A" w:rsidRDefault="006F3F0A"/>
        </w:tc>
        <w:tc>
          <w:tcPr>
            <w:tcW w:w="1417" w:type="dxa"/>
          </w:tcPr>
          <w:p w14:paraId="129CA8FC" w14:textId="77777777" w:rsidR="006F3F0A" w:rsidRDefault="006F3F0A"/>
        </w:tc>
      </w:tr>
    </w:tbl>
    <w:p w14:paraId="247AC67B" w14:textId="77777777" w:rsidR="00AB7ECB" w:rsidRDefault="00AB7ECB">
      <w:pPr>
        <w:spacing w:after="120"/>
      </w:pPr>
    </w:p>
    <w:p w14:paraId="5ABED3A3" w14:textId="77777777" w:rsidR="006F3F0A" w:rsidRDefault="00000000">
      <w:pPr>
        <w:spacing w:before="160" w:after="40"/>
      </w:pPr>
      <w:r>
        <w:rPr>
          <w:b/>
          <w:sz w:val="21"/>
        </w:rPr>
        <w:t>DİKKAT EDİLMESİ GEREKEN HUSUSLAR</w:t>
      </w:r>
    </w:p>
    <w:p w14:paraId="65C9F625" w14:textId="77777777" w:rsidR="006F3F0A" w:rsidRDefault="00000000">
      <w:pPr>
        <w:spacing w:after="40"/>
        <w:ind w:left="227"/>
      </w:pPr>
      <w:r>
        <w:rPr>
          <w:i/>
          <w:sz w:val="20"/>
        </w:rPr>
        <w:t>1. Jüri üyelerinin görevlendirildiklerine dair Enstitü Yönetim Kurulu kararının tebliğ edildiği ve jüri üyelerine tezin teslim edildiği tarihten itibaren 30 gün içinde tez savunma sınavının yapılması; bunun için de sınav gün ve saatinin danışman tarafından sınavdan en az bir hafta önce Enstitüye bir yazı ile bildirilmesi gerekmektedir.</w:t>
      </w:r>
    </w:p>
    <w:p w14:paraId="0FF4D2CB" w14:textId="77777777" w:rsidR="006F3F0A" w:rsidRDefault="00000000">
      <w:pPr>
        <w:spacing w:after="40"/>
        <w:ind w:left="227"/>
      </w:pPr>
      <w:r>
        <w:rPr>
          <w:i/>
          <w:sz w:val="20"/>
        </w:rPr>
        <w:t>2. Bu form 1 (bir) nüsha düzenlenecek ve Enstitü Müdürlüğüne teslim edilecektir.</w:t>
      </w:r>
    </w:p>
    <w:p w14:paraId="3E47780F" w14:textId="77777777" w:rsidR="006F3F0A" w:rsidRDefault="00000000">
      <w:pPr>
        <w:spacing w:after="40"/>
        <w:ind w:left="227"/>
      </w:pPr>
      <w:r>
        <w:rPr>
          <w:i/>
          <w:sz w:val="20"/>
        </w:rPr>
        <w:t>(Not: Tez jürisi danışman dâhil 3 veya 5 üyeden oluşabilir; 5 üyeli jürilerde asıl üye satırları çoğaltılır.)</w:t>
      </w:r>
    </w:p>
    <w:p w14:paraId="5D9225FA" w14:textId="1E524673" w:rsidR="006F3F0A" w:rsidRDefault="006F3F0A">
      <w:pPr>
        <w:spacing w:after="0"/>
      </w:pPr>
    </w:p>
    <w:sectPr w:rsidR="006F3F0A" w:rsidSect="00034616">
      <w:footerReference w:type="default" r:id="rId9"/>
      <w:pgSz w:w="11906" w:h="16838"/>
      <w:pgMar w:top="680" w:right="1304" w:bottom="680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31FB1" w14:textId="77777777" w:rsidR="00691405" w:rsidRDefault="00691405" w:rsidP="00AB7ECB">
      <w:pPr>
        <w:spacing w:after="0" w:line="240" w:lineRule="auto"/>
      </w:pPr>
      <w:r>
        <w:separator/>
      </w:r>
    </w:p>
  </w:endnote>
  <w:endnote w:type="continuationSeparator" w:id="0">
    <w:p w14:paraId="6BDF4DC0" w14:textId="77777777" w:rsidR="00691405" w:rsidRDefault="00691405" w:rsidP="00AB7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727E5" w14:textId="77777777" w:rsidR="00AB7ECB" w:rsidRDefault="00AB7ECB" w:rsidP="00AB7ECB">
    <w:pPr>
      <w:spacing w:after="0"/>
    </w:pPr>
    <w:proofErr w:type="spellStart"/>
    <w:r>
      <w:rPr>
        <w:i/>
        <w:sz w:val="17"/>
      </w:rPr>
      <w:t>Mevzuat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dayanağı</w:t>
    </w:r>
    <w:proofErr w:type="spellEnd"/>
    <w:r>
      <w:rPr>
        <w:i/>
        <w:sz w:val="17"/>
      </w:rPr>
      <w:t xml:space="preserve"> – İstanbul Yeni </w:t>
    </w:r>
    <w:proofErr w:type="spellStart"/>
    <w:r>
      <w:rPr>
        <w:i/>
        <w:sz w:val="17"/>
      </w:rPr>
      <w:t>Yüzyıl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Üniversitesi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Lisansüstü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Eğitim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ve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Öğretim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Yönetmeliği</w:t>
    </w:r>
    <w:proofErr w:type="spellEnd"/>
    <w:r>
      <w:rPr>
        <w:i/>
        <w:sz w:val="17"/>
      </w:rPr>
      <w:t xml:space="preserve">, MADDE 15/3 </w:t>
    </w:r>
    <w:proofErr w:type="spellStart"/>
    <w:r>
      <w:rPr>
        <w:i/>
        <w:sz w:val="17"/>
      </w:rPr>
      <w:t>ve</w:t>
    </w:r>
    <w:proofErr w:type="spellEnd"/>
    <w:r>
      <w:rPr>
        <w:i/>
        <w:sz w:val="17"/>
      </w:rPr>
      <w:t xml:space="preserve"> 15/5 (</w:t>
    </w:r>
    <w:proofErr w:type="spellStart"/>
    <w:r>
      <w:rPr>
        <w:i/>
        <w:sz w:val="17"/>
      </w:rPr>
      <w:t>jüri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oluşumu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ve</w:t>
    </w:r>
    <w:proofErr w:type="spellEnd"/>
    <w:r>
      <w:rPr>
        <w:i/>
        <w:sz w:val="17"/>
      </w:rPr>
      <w:t xml:space="preserve"> </w:t>
    </w:r>
    <w:proofErr w:type="spellStart"/>
    <w:r>
      <w:rPr>
        <w:i/>
        <w:sz w:val="17"/>
      </w:rPr>
      <w:t>süreler</w:t>
    </w:r>
    <w:proofErr w:type="spellEnd"/>
    <w:r>
      <w:rPr>
        <w:i/>
        <w:sz w:val="17"/>
      </w:rPr>
      <w:t>).</w:t>
    </w:r>
  </w:p>
  <w:p w14:paraId="3C1037EC" w14:textId="77777777" w:rsidR="00AB7ECB" w:rsidRDefault="00AB7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F02F99" w14:textId="77777777" w:rsidR="00691405" w:rsidRDefault="00691405" w:rsidP="00AB7ECB">
      <w:pPr>
        <w:spacing w:after="0" w:line="240" w:lineRule="auto"/>
      </w:pPr>
      <w:r>
        <w:separator/>
      </w:r>
    </w:p>
  </w:footnote>
  <w:footnote w:type="continuationSeparator" w:id="0">
    <w:p w14:paraId="020B1D21" w14:textId="77777777" w:rsidR="00691405" w:rsidRDefault="00691405" w:rsidP="00AB7E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2741618">
    <w:abstractNumId w:val="8"/>
  </w:num>
  <w:num w:numId="2" w16cid:durableId="1202011755">
    <w:abstractNumId w:val="6"/>
  </w:num>
  <w:num w:numId="3" w16cid:durableId="1227301693">
    <w:abstractNumId w:val="5"/>
  </w:num>
  <w:num w:numId="4" w16cid:durableId="411900895">
    <w:abstractNumId w:val="4"/>
  </w:num>
  <w:num w:numId="5" w16cid:durableId="1622489783">
    <w:abstractNumId w:val="7"/>
  </w:num>
  <w:num w:numId="6" w16cid:durableId="82454327">
    <w:abstractNumId w:val="3"/>
  </w:num>
  <w:num w:numId="7" w16cid:durableId="637343367">
    <w:abstractNumId w:val="2"/>
  </w:num>
  <w:num w:numId="8" w16cid:durableId="902057676">
    <w:abstractNumId w:val="1"/>
  </w:num>
  <w:num w:numId="9" w16cid:durableId="1014110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91405"/>
    <w:rsid w:val="006F3F0A"/>
    <w:rsid w:val="0089457F"/>
    <w:rsid w:val="00AA1D8D"/>
    <w:rsid w:val="00AB7ECB"/>
    <w:rsid w:val="00B47730"/>
    <w:rsid w:val="00C26F86"/>
    <w:rsid w:val="00CB0664"/>
    <w:rsid w:val="00E901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D69A51D"/>
  <w14:defaultImageDpi w14:val="300"/>
  <w15:docId w15:val="{F7467227-0E05-4D2E-968F-52676DDD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166</Words>
  <Characters>948</Characters>
  <Application>Microsoft Office Word</Application>
  <DocSecurity>0</DocSecurity>
  <Lines>52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Tuna Birgün</cp:lastModifiedBy>
  <cp:revision>5</cp:revision>
  <dcterms:created xsi:type="dcterms:W3CDTF">2013-12-23T23:15:00Z</dcterms:created>
  <dcterms:modified xsi:type="dcterms:W3CDTF">2026-06-10T12:31:00Z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c395825f-c776-4a3d-a073-dea41db6b91d</vt:lpwstr>
  </property>
</Properties>
</file>